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1985"/>
        <w:gridCol w:w="8671"/>
      </w:tblGrid>
      <w:tr w:rsidR="002036CF" w:rsidRPr="00FF5AEC" w:rsidTr="00FF5AEC">
        <w:trPr>
          <w:cantSplit/>
          <w:jc w:val="center"/>
        </w:trPr>
        <w:tc>
          <w:tcPr>
            <w:tcW w:w="1985" w:type="dxa"/>
            <w:tcBorders>
              <w:top w:val="single" w:sz="6" w:space="0" w:color="A6A6A6"/>
              <w:left w:val="single" w:sz="6" w:space="0" w:color="A6A6A6"/>
              <w:bottom w:val="single" w:sz="6" w:space="0" w:color="A6A6A6"/>
              <w:right w:val="single" w:sz="6" w:space="0" w:color="A6A6A6"/>
            </w:tcBorders>
            <w:vAlign w:val="center"/>
          </w:tcPr>
          <w:p w:rsidR="002036CF" w:rsidRPr="00FF5AEC" w:rsidRDefault="00301696">
            <w:pPr>
              <w:jc w:val="center"/>
              <w:rPr>
                <w:rFonts w:cs="Arial"/>
              </w:rPr>
            </w:pPr>
            <w:r w:rsidRPr="00FF5AEC">
              <w:rPr>
                <w:rFonts w:cs="Arial"/>
                <w:noProof/>
                <w:lang w:val="en-GB" w:eastAsia="en-GB"/>
              </w:rPr>
              <w:drawing>
                <wp:inline distT="0" distB="0" distL="0" distR="0" wp14:anchorId="6A48544D" wp14:editId="73D70F72">
                  <wp:extent cx="960120" cy="9533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9"/>
                          <a:stretch>
                            <a:fillRect/>
                          </a:stretch>
                        </pic:blipFill>
                        <pic:spPr>
                          <a:xfrm>
                            <a:off x="0" y="0"/>
                            <a:ext cx="960120" cy="953311"/>
                          </a:xfrm>
                          <a:prstGeom prst="rect">
                            <a:avLst/>
                          </a:prstGeom>
                        </pic:spPr>
                      </pic:pic>
                    </a:graphicData>
                  </a:graphic>
                </wp:inline>
              </w:drawing>
            </w:r>
          </w:p>
        </w:tc>
        <w:tc>
          <w:tcPr>
            <w:tcW w:w="8671" w:type="dxa"/>
            <w:tcBorders>
              <w:top w:val="single" w:sz="6" w:space="0" w:color="A6A6A6"/>
              <w:left w:val="single" w:sz="6" w:space="0" w:color="A6A6A6"/>
              <w:bottom w:val="single" w:sz="6" w:space="0" w:color="A6A6A6"/>
              <w:right w:val="single" w:sz="6" w:space="0" w:color="A6A6A6"/>
            </w:tcBorders>
            <w:vAlign w:val="center"/>
          </w:tcPr>
          <w:p w:rsidR="002036CF" w:rsidRPr="00FF5AEC" w:rsidRDefault="00301696">
            <w:pPr>
              <w:spacing w:after="0"/>
              <w:jc w:val="center"/>
              <w:rPr>
                <w:rFonts w:cs="Arial"/>
              </w:rPr>
            </w:pPr>
            <w:r w:rsidRPr="00FF5AEC">
              <w:rPr>
                <w:rFonts w:cs="Arial"/>
                <w:b/>
                <w:color w:val="646464"/>
                <w:sz w:val="30"/>
              </w:rPr>
              <w:t>MINSTER LOVELL PARISH COUNCIL</w:t>
            </w:r>
          </w:p>
          <w:p w:rsidR="002036CF" w:rsidRPr="00FF5AEC" w:rsidRDefault="00301696">
            <w:pPr>
              <w:spacing w:after="60"/>
              <w:jc w:val="center"/>
              <w:rPr>
                <w:rFonts w:cs="Arial"/>
              </w:rPr>
            </w:pPr>
            <w:r w:rsidRPr="00FF5AEC">
              <w:rPr>
                <w:rFonts w:cs="Arial"/>
                <w:color w:val="646464"/>
                <w:sz w:val="18"/>
              </w:rPr>
              <w:t>www.minsterlovell-pc.gov.uk</w:t>
            </w:r>
          </w:p>
          <w:p w:rsidR="002036CF" w:rsidRPr="00FF5AEC" w:rsidRDefault="00301696">
            <w:pPr>
              <w:spacing w:after="0"/>
              <w:rPr>
                <w:rFonts w:cs="Arial"/>
              </w:rPr>
            </w:pPr>
            <w:r w:rsidRPr="00FF5AEC">
              <w:rPr>
                <w:rFonts w:cs="Arial"/>
                <w:b/>
              </w:rPr>
              <w:t>Parish Clerk: Kelly Parker</w:t>
            </w:r>
          </w:p>
          <w:p w:rsidR="002036CF" w:rsidRPr="00FF5AEC" w:rsidRDefault="00301696">
            <w:pPr>
              <w:spacing w:after="0"/>
              <w:rPr>
                <w:rFonts w:cs="Arial"/>
              </w:rPr>
            </w:pPr>
            <w:r w:rsidRPr="00FF5AEC">
              <w:rPr>
                <w:rFonts w:cs="Arial"/>
                <w:b/>
              </w:rPr>
              <w:t xml:space="preserve">Email: </w:t>
            </w:r>
            <w:r w:rsidRPr="00FF5AEC">
              <w:rPr>
                <w:rFonts w:cs="Arial"/>
              </w:rPr>
              <w:t>clerk@minsterlovell-pc.gov.uk</w:t>
            </w:r>
          </w:p>
          <w:p w:rsidR="002036CF" w:rsidRPr="00FF5AEC" w:rsidRDefault="00301696">
            <w:pPr>
              <w:spacing w:after="0"/>
              <w:rPr>
                <w:rFonts w:cs="Arial"/>
              </w:rPr>
            </w:pPr>
            <w:r w:rsidRPr="00FF5AEC">
              <w:rPr>
                <w:rFonts w:cs="Arial"/>
              </w:rPr>
              <w:t>Tel: 07712 705865</w:t>
            </w:r>
          </w:p>
        </w:tc>
      </w:tr>
    </w:tbl>
    <w:p w:rsidR="002036CF" w:rsidRPr="00FF5AEC" w:rsidRDefault="002036CF">
      <w:pPr>
        <w:spacing w:after="0"/>
        <w:rPr>
          <w:rFonts w:cs="Arial"/>
        </w:rPr>
      </w:pPr>
    </w:p>
    <w:p w:rsidR="002036CF" w:rsidRPr="00FF5AEC" w:rsidRDefault="00301696">
      <w:pPr>
        <w:spacing w:after="60"/>
        <w:jc w:val="center"/>
        <w:rPr>
          <w:rFonts w:cs="Arial"/>
        </w:rPr>
      </w:pPr>
      <w:r w:rsidRPr="00FF5AEC">
        <w:rPr>
          <w:rFonts w:cs="Arial"/>
          <w:b/>
          <w:sz w:val="32"/>
        </w:rPr>
        <w:t>Application for an Allotment Plot</w:t>
      </w:r>
    </w:p>
    <w:p w:rsidR="002036CF" w:rsidRPr="00FF5AEC" w:rsidRDefault="00301696">
      <w:pPr>
        <w:spacing w:after="100"/>
        <w:rPr>
          <w:rFonts w:cs="Arial"/>
        </w:rPr>
      </w:pPr>
      <w:r w:rsidRPr="00FF5AEC">
        <w:rPr>
          <w:rFonts w:cs="Arial"/>
        </w:rPr>
        <w:t xml:space="preserve">Thank you for your interest in an allotment managed by Minster Lovell Parish </w:t>
      </w:r>
      <w:r w:rsidRPr="00FF5AEC">
        <w:rPr>
          <w:rFonts w:cs="Arial"/>
        </w:rPr>
        <w:t>Council. Please complete this form and return it to the Parish Clerk. If no suitable plot is currently available, you can be added to the waiting list.</w:t>
      </w:r>
    </w:p>
    <w:tbl>
      <w:tblPr>
        <w:tblW w:w="0" w:type="auto"/>
        <w:jc w:val="center"/>
        <w:tblLook w:val="04A0" w:firstRow="1" w:lastRow="0" w:firstColumn="1" w:lastColumn="0" w:noHBand="0" w:noVBand="1"/>
      </w:tblPr>
      <w:tblGrid>
        <w:gridCol w:w="5328"/>
        <w:gridCol w:w="5328"/>
      </w:tblGrid>
      <w:tr w:rsidR="002036CF" w:rsidRPr="00FF5AEC">
        <w:trPr>
          <w:cantSplit/>
          <w:jc w:val="center"/>
        </w:trPr>
        <w:tc>
          <w:tcPr>
            <w:tcW w:w="10656" w:type="dxa"/>
            <w:gridSpan w:val="2"/>
            <w:tcBorders>
              <w:top w:val="single" w:sz="6" w:space="0" w:color="A6A6A6"/>
              <w:left w:val="single" w:sz="6" w:space="0" w:color="A6A6A6"/>
              <w:bottom w:val="single" w:sz="6" w:space="0" w:color="A6A6A6"/>
              <w:right w:val="single" w:sz="6" w:space="0" w:color="A6A6A6"/>
            </w:tcBorders>
            <w:shd w:val="clear" w:color="auto" w:fill="DCE6F1"/>
          </w:tcPr>
          <w:p w:rsidR="002036CF" w:rsidRPr="00FF5AEC" w:rsidRDefault="00301696">
            <w:pPr>
              <w:spacing w:after="0"/>
              <w:rPr>
                <w:rFonts w:cs="Arial"/>
              </w:rPr>
            </w:pPr>
            <w:r w:rsidRPr="00FF5AEC">
              <w:rPr>
                <w:rFonts w:cs="Arial"/>
                <w:b/>
                <w:sz w:val="21"/>
              </w:rPr>
              <w:t>1. Applicant Details</w:t>
            </w:r>
          </w:p>
        </w:tc>
      </w:tr>
      <w:tr w:rsidR="002036CF" w:rsidRPr="00FF5AEC">
        <w:trPr>
          <w:cantSplit/>
          <w:jc w:val="center"/>
        </w:trPr>
        <w:tc>
          <w:tcPr>
            <w:tcW w:w="5328" w:type="dxa"/>
            <w:vAlign w:val="center"/>
          </w:tcPr>
          <w:p w:rsidR="002036CF" w:rsidRPr="00FF5AEC" w:rsidRDefault="00301696">
            <w:pPr>
              <w:spacing w:after="0"/>
              <w:rPr>
                <w:rFonts w:cs="Arial"/>
              </w:rPr>
            </w:pPr>
            <w:r w:rsidRPr="00FF5AEC">
              <w:rPr>
                <w:rFonts w:cs="Arial"/>
                <w:b/>
              </w:rPr>
              <w:t>Full Name:</w:t>
            </w:r>
          </w:p>
        </w:tc>
        <w:tc>
          <w:tcPr>
            <w:tcW w:w="5328" w:type="dxa"/>
            <w:tcBorders>
              <w:bottom w:val="single" w:sz="4" w:space="0" w:color="BFBFBF"/>
            </w:tcBorders>
            <w:vAlign w:val="center"/>
          </w:tcPr>
          <w:p w:rsidR="002036CF" w:rsidRPr="00FF5AEC" w:rsidRDefault="00301696">
            <w:pPr>
              <w:spacing w:after="0"/>
              <w:rPr>
                <w:rFonts w:cs="Arial"/>
              </w:rPr>
            </w:pPr>
            <w:r w:rsidRPr="00FF5AEC">
              <w:rPr>
                <w:rFonts w:cs="Arial"/>
                <w:i/>
                <w:color w:val="969696"/>
              </w:rPr>
              <w:t>Click here and type</w:t>
            </w:r>
          </w:p>
        </w:tc>
      </w:tr>
      <w:tr w:rsidR="002036CF" w:rsidRPr="00FF5AEC">
        <w:trPr>
          <w:cantSplit/>
          <w:jc w:val="center"/>
        </w:trPr>
        <w:tc>
          <w:tcPr>
            <w:tcW w:w="5328" w:type="dxa"/>
            <w:vAlign w:val="center"/>
          </w:tcPr>
          <w:p w:rsidR="002036CF" w:rsidRPr="00FF5AEC" w:rsidRDefault="00301696">
            <w:pPr>
              <w:spacing w:after="0"/>
              <w:rPr>
                <w:rFonts w:cs="Arial"/>
              </w:rPr>
            </w:pPr>
            <w:r w:rsidRPr="00FF5AEC">
              <w:rPr>
                <w:rFonts w:cs="Arial"/>
                <w:b/>
              </w:rPr>
              <w:t>Address:</w:t>
            </w:r>
          </w:p>
        </w:tc>
        <w:tc>
          <w:tcPr>
            <w:tcW w:w="5328" w:type="dxa"/>
            <w:tcBorders>
              <w:bottom w:val="single" w:sz="4" w:space="0" w:color="BFBFBF"/>
            </w:tcBorders>
            <w:vAlign w:val="center"/>
          </w:tcPr>
          <w:p w:rsidR="002036CF" w:rsidRPr="00FF5AEC" w:rsidRDefault="00301696">
            <w:pPr>
              <w:spacing w:after="0"/>
              <w:rPr>
                <w:rFonts w:cs="Arial"/>
              </w:rPr>
            </w:pPr>
            <w:r w:rsidRPr="00FF5AEC">
              <w:rPr>
                <w:rFonts w:cs="Arial"/>
                <w:i/>
                <w:color w:val="969696"/>
              </w:rPr>
              <w:t>Click here and type</w:t>
            </w:r>
          </w:p>
        </w:tc>
      </w:tr>
      <w:tr w:rsidR="002036CF" w:rsidRPr="00FF5AEC">
        <w:trPr>
          <w:cantSplit/>
          <w:jc w:val="center"/>
        </w:trPr>
        <w:tc>
          <w:tcPr>
            <w:tcW w:w="5328" w:type="dxa"/>
            <w:vAlign w:val="center"/>
          </w:tcPr>
          <w:p w:rsidR="002036CF" w:rsidRPr="00FF5AEC" w:rsidRDefault="002036CF">
            <w:pPr>
              <w:spacing w:after="0"/>
              <w:rPr>
                <w:rFonts w:cs="Arial"/>
              </w:rPr>
            </w:pPr>
          </w:p>
        </w:tc>
        <w:tc>
          <w:tcPr>
            <w:tcW w:w="5328" w:type="dxa"/>
            <w:tcBorders>
              <w:bottom w:val="single" w:sz="4" w:space="0" w:color="BFBFBF"/>
            </w:tcBorders>
            <w:vAlign w:val="center"/>
          </w:tcPr>
          <w:p w:rsidR="002036CF" w:rsidRPr="00FF5AEC" w:rsidRDefault="00301696">
            <w:pPr>
              <w:spacing w:after="0"/>
              <w:rPr>
                <w:rFonts w:cs="Arial"/>
              </w:rPr>
            </w:pPr>
            <w:r w:rsidRPr="00FF5AEC">
              <w:rPr>
                <w:rFonts w:cs="Arial"/>
                <w:i/>
                <w:color w:val="969696"/>
              </w:rPr>
              <w:t>Click here and type</w:t>
            </w:r>
          </w:p>
        </w:tc>
      </w:tr>
      <w:tr w:rsidR="00FF5AEC" w:rsidRPr="00FF5AEC">
        <w:trPr>
          <w:cantSplit/>
          <w:jc w:val="center"/>
        </w:trPr>
        <w:tc>
          <w:tcPr>
            <w:tcW w:w="5328" w:type="dxa"/>
            <w:vAlign w:val="center"/>
          </w:tcPr>
          <w:p w:rsidR="00FF5AEC" w:rsidRPr="00FF5AEC" w:rsidRDefault="00FF5AEC">
            <w:pPr>
              <w:spacing w:after="0"/>
              <w:rPr>
                <w:rFonts w:cs="Arial"/>
              </w:rPr>
            </w:pPr>
          </w:p>
        </w:tc>
        <w:tc>
          <w:tcPr>
            <w:tcW w:w="5328" w:type="dxa"/>
            <w:tcBorders>
              <w:bottom w:val="single" w:sz="4" w:space="0" w:color="BFBFBF"/>
            </w:tcBorders>
            <w:vAlign w:val="center"/>
          </w:tcPr>
          <w:p w:rsidR="00FF5AEC" w:rsidRPr="00FF5AEC" w:rsidRDefault="00FF5AEC">
            <w:pPr>
              <w:spacing w:after="0"/>
              <w:rPr>
                <w:rFonts w:cs="Arial"/>
                <w:i/>
                <w:color w:val="969696"/>
              </w:rPr>
            </w:pPr>
            <w:r w:rsidRPr="00FF5AEC">
              <w:rPr>
                <w:rFonts w:cs="Arial"/>
                <w:i/>
                <w:color w:val="969696"/>
              </w:rPr>
              <w:t>Click here and type</w:t>
            </w:r>
          </w:p>
        </w:tc>
      </w:tr>
      <w:tr w:rsidR="002036CF" w:rsidRPr="00FF5AEC">
        <w:trPr>
          <w:cantSplit/>
          <w:jc w:val="center"/>
        </w:trPr>
        <w:tc>
          <w:tcPr>
            <w:tcW w:w="5328" w:type="dxa"/>
            <w:vAlign w:val="center"/>
          </w:tcPr>
          <w:p w:rsidR="002036CF" w:rsidRPr="00FF5AEC" w:rsidRDefault="00301696">
            <w:pPr>
              <w:spacing w:after="0"/>
              <w:rPr>
                <w:rFonts w:cs="Arial"/>
              </w:rPr>
            </w:pPr>
            <w:r w:rsidRPr="00FF5AEC">
              <w:rPr>
                <w:rFonts w:cs="Arial"/>
                <w:b/>
              </w:rPr>
              <w:t>Postcode:</w:t>
            </w:r>
          </w:p>
        </w:tc>
        <w:tc>
          <w:tcPr>
            <w:tcW w:w="5328" w:type="dxa"/>
            <w:tcBorders>
              <w:bottom w:val="single" w:sz="4" w:space="0" w:color="BFBFBF"/>
            </w:tcBorders>
            <w:vAlign w:val="center"/>
          </w:tcPr>
          <w:p w:rsidR="002036CF" w:rsidRPr="00FF5AEC" w:rsidRDefault="00301696">
            <w:pPr>
              <w:spacing w:after="0"/>
              <w:rPr>
                <w:rFonts w:cs="Arial"/>
              </w:rPr>
            </w:pPr>
            <w:r w:rsidRPr="00FF5AEC">
              <w:rPr>
                <w:rFonts w:cs="Arial"/>
                <w:i/>
                <w:color w:val="969696"/>
              </w:rPr>
              <w:t>Click here and type</w:t>
            </w:r>
          </w:p>
        </w:tc>
      </w:tr>
      <w:tr w:rsidR="002036CF" w:rsidRPr="00FF5AEC">
        <w:trPr>
          <w:cantSplit/>
          <w:jc w:val="center"/>
        </w:trPr>
        <w:tc>
          <w:tcPr>
            <w:tcW w:w="5328" w:type="dxa"/>
            <w:vAlign w:val="center"/>
          </w:tcPr>
          <w:p w:rsidR="002036CF" w:rsidRPr="00FF5AEC" w:rsidRDefault="00301696">
            <w:pPr>
              <w:spacing w:after="0"/>
              <w:rPr>
                <w:rFonts w:cs="Arial"/>
              </w:rPr>
            </w:pPr>
            <w:r w:rsidRPr="00FF5AEC">
              <w:rPr>
                <w:rFonts w:cs="Arial"/>
                <w:b/>
              </w:rPr>
              <w:t>Telephone Number:</w:t>
            </w:r>
          </w:p>
        </w:tc>
        <w:tc>
          <w:tcPr>
            <w:tcW w:w="5328" w:type="dxa"/>
            <w:tcBorders>
              <w:bottom w:val="single" w:sz="4" w:space="0" w:color="BFBFBF"/>
            </w:tcBorders>
            <w:vAlign w:val="center"/>
          </w:tcPr>
          <w:p w:rsidR="002036CF" w:rsidRPr="00FF5AEC" w:rsidRDefault="00301696">
            <w:pPr>
              <w:spacing w:after="0"/>
              <w:rPr>
                <w:rFonts w:cs="Arial"/>
              </w:rPr>
            </w:pPr>
            <w:r w:rsidRPr="00FF5AEC">
              <w:rPr>
                <w:rFonts w:cs="Arial"/>
                <w:i/>
                <w:color w:val="969696"/>
              </w:rPr>
              <w:t>Click here and type</w:t>
            </w:r>
          </w:p>
        </w:tc>
      </w:tr>
      <w:tr w:rsidR="002036CF" w:rsidRPr="00FF5AEC">
        <w:trPr>
          <w:cantSplit/>
          <w:jc w:val="center"/>
        </w:trPr>
        <w:tc>
          <w:tcPr>
            <w:tcW w:w="5328" w:type="dxa"/>
            <w:vAlign w:val="center"/>
          </w:tcPr>
          <w:p w:rsidR="002036CF" w:rsidRPr="00FF5AEC" w:rsidRDefault="00301696">
            <w:pPr>
              <w:spacing w:after="0"/>
              <w:rPr>
                <w:rFonts w:cs="Arial"/>
              </w:rPr>
            </w:pPr>
            <w:r w:rsidRPr="00FF5AEC">
              <w:rPr>
                <w:rFonts w:cs="Arial"/>
                <w:b/>
              </w:rPr>
              <w:t>Email Address:</w:t>
            </w:r>
          </w:p>
        </w:tc>
        <w:tc>
          <w:tcPr>
            <w:tcW w:w="5328" w:type="dxa"/>
            <w:tcBorders>
              <w:bottom w:val="single" w:sz="4" w:space="0" w:color="BFBFBF"/>
            </w:tcBorders>
            <w:vAlign w:val="center"/>
          </w:tcPr>
          <w:p w:rsidR="002036CF" w:rsidRPr="00FF5AEC" w:rsidRDefault="00301696">
            <w:pPr>
              <w:spacing w:after="0"/>
              <w:rPr>
                <w:rFonts w:cs="Arial"/>
              </w:rPr>
            </w:pPr>
            <w:r w:rsidRPr="00FF5AEC">
              <w:rPr>
                <w:rFonts w:cs="Arial"/>
                <w:i/>
                <w:color w:val="969696"/>
              </w:rPr>
              <w:t>Click here and type</w:t>
            </w:r>
          </w:p>
        </w:tc>
      </w:tr>
    </w:tbl>
    <w:p w:rsidR="002036CF" w:rsidRPr="00FF5AEC" w:rsidRDefault="002036CF">
      <w:pPr>
        <w:spacing w:after="20"/>
        <w:rPr>
          <w:rFonts w:cs="Arial"/>
        </w:rPr>
      </w:pPr>
    </w:p>
    <w:tbl>
      <w:tblPr>
        <w:tblW w:w="0" w:type="auto"/>
        <w:jc w:val="center"/>
        <w:tblLook w:val="04A0" w:firstRow="1" w:lastRow="0" w:firstColumn="1" w:lastColumn="0" w:noHBand="0" w:noVBand="1"/>
      </w:tblPr>
      <w:tblGrid>
        <w:gridCol w:w="10656"/>
      </w:tblGrid>
      <w:tr w:rsidR="002036CF" w:rsidRPr="00FF5AEC">
        <w:trPr>
          <w:cantSplit/>
          <w:jc w:val="center"/>
        </w:trPr>
        <w:tc>
          <w:tcPr>
            <w:tcW w:w="10656" w:type="dxa"/>
            <w:tcBorders>
              <w:top w:val="single" w:sz="6" w:space="0" w:color="A6A6A6"/>
              <w:left w:val="single" w:sz="6" w:space="0" w:color="A6A6A6"/>
              <w:bottom w:val="single" w:sz="6" w:space="0" w:color="A6A6A6"/>
              <w:right w:val="single" w:sz="6" w:space="0" w:color="A6A6A6"/>
            </w:tcBorders>
            <w:shd w:val="clear" w:color="auto" w:fill="DCE6F1"/>
          </w:tcPr>
          <w:p w:rsidR="002036CF" w:rsidRPr="00FF5AEC" w:rsidRDefault="00301696">
            <w:pPr>
              <w:spacing w:after="0"/>
              <w:rPr>
                <w:rFonts w:cs="Arial"/>
              </w:rPr>
            </w:pPr>
            <w:r w:rsidRPr="00FF5AEC">
              <w:rPr>
                <w:rFonts w:cs="Arial"/>
                <w:b/>
                <w:sz w:val="21"/>
              </w:rPr>
              <w:t>2. Plot Preference</w:t>
            </w:r>
          </w:p>
        </w:tc>
      </w:tr>
    </w:tbl>
    <w:p w:rsidR="002036CF" w:rsidRPr="00FF5AEC" w:rsidRDefault="00301696">
      <w:pPr>
        <w:spacing w:after="20"/>
        <w:rPr>
          <w:rFonts w:cs="Arial"/>
        </w:rPr>
      </w:pPr>
      <w:r w:rsidRPr="00FF5AEC">
        <w:rPr>
          <w:rFonts w:cs="Arial"/>
        </w:rPr>
        <w:t>Please indicate your preference:</w:t>
      </w:r>
    </w:p>
    <w:p w:rsidR="002036CF" w:rsidRPr="00FF5AEC" w:rsidRDefault="00301696">
      <w:pPr>
        <w:spacing w:after="20"/>
        <w:rPr>
          <w:rFonts w:cs="Arial"/>
        </w:rPr>
      </w:pPr>
      <w:r w:rsidRPr="00FF5AEC">
        <w:rPr>
          <w:rFonts w:ascii="MS Gothic" w:eastAsia="MS Gothic" w:hAnsi="MS Gothic" w:cs="MS Gothic" w:hint="eastAsia"/>
        </w:rPr>
        <w:t>☐</w:t>
      </w:r>
      <w:r w:rsidRPr="00FF5AEC">
        <w:rPr>
          <w:rFonts w:cs="Arial"/>
        </w:rPr>
        <w:t xml:space="preserve"> Full Plot        </w:t>
      </w:r>
      <w:r w:rsidRPr="00FF5AEC">
        <w:rPr>
          <w:rFonts w:ascii="MS Gothic" w:eastAsia="MS Gothic" w:hAnsi="MS Gothic" w:cs="MS Gothic" w:hint="eastAsia"/>
        </w:rPr>
        <w:t>☐</w:t>
      </w:r>
      <w:r w:rsidRPr="00FF5AEC">
        <w:rPr>
          <w:rFonts w:cs="Arial"/>
        </w:rPr>
        <w:t xml:space="preserve"> Half Plot        </w:t>
      </w:r>
      <w:r w:rsidRPr="00FF5AEC">
        <w:rPr>
          <w:rFonts w:ascii="MS Gothic" w:eastAsia="MS Gothic" w:hAnsi="MS Gothic" w:cs="MS Gothic" w:hint="eastAsia"/>
        </w:rPr>
        <w:t>☐</w:t>
      </w:r>
      <w:r w:rsidRPr="00FF5AEC">
        <w:rPr>
          <w:rFonts w:cs="Arial"/>
        </w:rPr>
        <w:t xml:space="preserve"> Either Full or Half Plot</w:t>
      </w:r>
    </w:p>
    <w:p w:rsidR="002036CF" w:rsidRPr="00FF5AEC" w:rsidRDefault="00301696">
      <w:pPr>
        <w:spacing w:after="60"/>
        <w:rPr>
          <w:rFonts w:cs="Arial"/>
        </w:rPr>
      </w:pPr>
      <w:r w:rsidRPr="00FF5AEC">
        <w:rPr>
          <w:rFonts w:cs="Arial"/>
        </w:rPr>
        <w:t xml:space="preserve">If your preferred plot size </w:t>
      </w:r>
      <w:r w:rsidRPr="00FF5AEC">
        <w:rPr>
          <w:rFonts w:cs="Arial"/>
        </w:rPr>
        <w:t xml:space="preserve">is not currently available, would you like to be offered a different size?   </w:t>
      </w:r>
      <w:r w:rsidRPr="00FF5AEC">
        <w:rPr>
          <w:rFonts w:ascii="MS Gothic" w:eastAsia="MS Gothic" w:hAnsi="MS Gothic" w:cs="MS Gothic" w:hint="eastAsia"/>
        </w:rPr>
        <w:t>☐</w:t>
      </w:r>
      <w:r w:rsidRPr="00FF5AEC">
        <w:rPr>
          <w:rFonts w:cs="Arial"/>
        </w:rPr>
        <w:t xml:space="preserve"> Yes   </w:t>
      </w:r>
      <w:r w:rsidRPr="00FF5AEC">
        <w:rPr>
          <w:rFonts w:ascii="MS Gothic" w:eastAsia="MS Gothic" w:hAnsi="MS Gothic" w:cs="MS Gothic" w:hint="eastAsia"/>
        </w:rPr>
        <w:t>☐</w:t>
      </w:r>
      <w:r w:rsidRPr="00FF5AEC">
        <w:rPr>
          <w:rFonts w:cs="Arial"/>
        </w:rPr>
        <w:t xml:space="preserve"> No</w:t>
      </w:r>
    </w:p>
    <w:tbl>
      <w:tblPr>
        <w:tblW w:w="0" w:type="auto"/>
        <w:jc w:val="center"/>
        <w:tblLook w:val="04A0" w:firstRow="1" w:lastRow="0" w:firstColumn="1" w:lastColumn="0" w:noHBand="0" w:noVBand="1"/>
      </w:tblPr>
      <w:tblGrid>
        <w:gridCol w:w="10656"/>
      </w:tblGrid>
      <w:tr w:rsidR="002036CF" w:rsidRPr="00FF5AEC">
        <w:trPr>
          <w:cantSplit/>
          <w:jc w:val="center"/>
        </w:trPr>
        <w:tc>
          <w:tcPr>
            <w:tcW w:w="10656" w:type="dxa"/>
            <w:tcBorders>
              <w:top w:val="single" w:sz="6" w:space="0" w:color="A6A6A6"/>
              <w:left w:val="single" w:sz="6" w:space="0" w:color="A6A6A6"/>
              <w:bottom w:val="single" w:sz="6" w:space="0" w:color="A6A6A6"/>
              <w:right w:val="single" w:sz="6" w:space="0" w:color="A6A6A6"/>
            </w:tcBorders>
            <w:shd w:val="clear" w:color="auto" w:fill="DCE6F1"/>
          </w:tcPr>
          <w:p w:rsidR="002036CF" w:rsidRPr="00FF5AEC" w:rsidRDefault="00301696">
            <w:pPr>
              <w:spacing w:after="0"/>
              <w:rPr>
                <w:rFonts w:cs="Arial"/>
              </w:rPr>
            </w:pPr>
            <w:r w:rsidRPr="00FF5AEC">
              <w:rPr>
                <w:rFonts w:cs="Arial"/>
                <w:b/>
                <w:sz w:val="21"/>
              </w:rPr>
              <w:t>3. Previous Allotment Experience</w:t>
            </w:r>
          </w:p>
        </w:tc>
      </w:tr>
    </w:tbl>
    <w:p w:rsidR="002036CF" w:rsidRDefault="00301696">
      <w:pPr>
        <w:spacing w:after="20"/>
        <w:rPr>
          <w:rFonts w:cs="Arial"/>
        </w:rPr>
      </w:pPr>
      <w:r w:rsidRPr="00FF5AEC">
        <w:rPr>
          <w:rFonts w:cs="Arial"/>
        </w:rPr>
        <w:t xml:space="preserve">Have you previously held an allotment?   </w:t>
      </w:r>
      <w:r w:rsidRPr="00FF5AEC">
        <w:rPr>
          <w:rFonts w:ascii="MS Gothic" w:eastAsia="MS Gothic" w:hAnsi="MS Gothic" w:cs="MS Gothic" w:hint="eastAsia"/>
        </w:rPr>
        <w:t>☐</w:t>
      </w:r>
      <w:r w:rsidRPr="00FF5AEC">
        <w:rPr>
          <w:rFonts w:cs="Arial"/>
        </w:rPr>
        <w:t xml:space="preserve"> Yes   </w:t>
      </w:r>
      <w:r w:rsidRPr="00FF5AEC">
        <w:rPr>
          <w:rFonts w:ascii="MS Gothic" w:eastAsia="MS Gothic" w:hAnsi="MS Gothic" w:cs="MS Gothic" w:hint="eastAsia"/>
        </w:rPr>
        <w:t>☐</w:t>
      </w:r>
      <w:r w:rsidRPr="00FF5AEC">
        <w:rPr>
          <w:rFonts w:cs="Arial"/>
        </w:rPr>
        <w:t xml:space="preserve"> No</w:t>
      </w:r>
    </w:p>
    <w:p w:rsidR="00FF5AEC" w:rsidRPr="00FF5AEC" w:rsidRDefault="00FF5AEC">
      <w:pPr>
        <w:spacing w:after="20"/>
        <w:rPr>
          <w:rFonts w:cs="Arial"/>
          <w:sz w:val="10"/>
        </w:rPr>
      </w:pPr>
    </w:p>
    <w:tbl>
      <w:tblPr>
        <w:tblW w:w="0" w:type="auto"/>
        <w:jc w:val="center"/>
        <w:tblLayout w:type="fixed"/>
        <w:tblLook w:val="04A0" w:firstRow="1" w:lastRow="0" w:firstColumn="1" w:lastColumn="0" w:noHBand="0" w:noVBand="1"/>
      </w:tblPr>
      <w:tblGrid>
        <w:gridCol w:w="5328"/>
        <w:gridCol w:w="5328"/>
      </w:tblGrid>
      <w:tr w:rsidR="002036CF" w:rsidRPr="00FF5AEC">
        <w:trPr>
          <w:cantSplit/>
          <w:jc w:val="center"/>
        </w:trPr>
        <w:tc>
          <w:tcPr>
            <w:tcW w:w="5328" w:type="dxa"/>
            <w:vAlign w:val="center"/>
          </w:tcPr>
          <w:p w:rsidR="002036CF" w:rsidRPr="00FF5AEC" w:rsidRDefault="00301696">
            <w:pPr>
              <w:spacing w:after="0"/>
              <w:rPr>
                <w:rFonts w:cs="Arial"/>
              </w:rPr>
            </w:pPr>
            <w:r w:rsidRPr="00FF5AEC">
              <w:rPr>
                <w:rFonts w:cs="Arial"/>
                <w:b/>
              </w:rPr>
              <w:t>If yes, please provide brief details:</w:t>
            </w:r>
          </w:p>
        </w:tc>
        <w:tc>
          <w:tcPr>
            <w:tcW w:w="5328" w:type="dxa"/>
            <w:tcBorders>
              <w:bottom w:val="single" w:sz="4" w:space="0" w:color="BFBFBF"/>
            </w:tcBorders>
            <w:vAlign w:val="center"/>
          </w:tcPr>
          <w:p w:rsidR="002036CF" w:rsidRPr="00FF5AEC" w:rsidRDefault="00301696">
            <w:pPr>
              <w:spacing w:after="0"/>
              <w:rPr>
                <w:rFonts w:cs="Arial"/>
              </w:rPr>
            </w:pPr>
            <w:r w:rsidRPr="00FF5AEC">
              <w:rPr>
                <w:rFonts w:cs="Arial"/>
                <w:i/>
                <w:color w:val="969696"/>
              </w:rPr>
              <w:t>Click here and type</w:t>
            </w:r>
          </w:p>
        </w:tc>
      </w:tr>
      <w:tr w:rsidR="002036CF" w:rsidRPr="00FF5AEC" w:rsidTr="00FF5AEC">
        <w:trPr>
          <w:cantSplit/>
          <w:jc w:val="center"/>
        </w:trPr>
        <w:tc>
          <w:tcPr>
            <w:tcW w:w="5328" w:type="dxa"/>
            <w:vAlign w:val="center"/>
          </w:tcPr>
          <w:p w:rsidR="002036CF" w:rsidRPr="00FF5AEC" w:rsidRDefault="002036CF">
            <w:pPr>
              <w:spacing w:after="0"/>
              <w:rPr>
                <w:rFonts w:cs="Arial"/>
              </w:rPr>
            </w:pPr>
          </w:p>
        </w:tc>
        <w:tc>
          <w:tcPr>
            <w:tcW w:w="5328" w:type="dxa"/>
            <w:vAlign w:val="center"/>
          </w:tcPr>
          <w:p w:rsidR="002036CF" w:rsidRPr="00FF5AEC" w:rsidRDefault="00301696">
            <w:pPr>
              <w:spacing w:after="0"/>
              <w:rPr>
                <w:rFonts w:cs="Arial"/>
              </w:rPr>
            </w:pPr>
            <w:r w:rsidRPr="00FF5AEC">
              <w:rPr>
                <w:rFonts w:cs="Arial"/>
                <w:i/>
                <w:color w:val="969696"/>
              </w:rPr>
              <w:t xml:space="preserve">Click here and </w:t>
            </w:r>
            <w:r w:rsidRPr="00FF5AEC">
              <w:rPr>
                <w:rFonts w:cs="Arial"/>
                <w:i/>
                <w:color w:val="969696"/>
              </w:rPr>
              <w:t>type</w:t>
            </w:r>
          </w:p>
        </w:tc>
      </w:tr>
      <w:tr w:rsidR="00FF5AEC" w:rsidRPr="00FF5AEC">
        <w:trPr>
          <w:cantSplit/>
          <w:jc w:val="center"/>
        </w:trPr>
        <w:tc>
          <w:tcPr>
            <w:tcW w:w="5328" w:type="dxa"/>
            <w:vAlign w:val="center"/>
          </w:tcPr>
          <w:p w:rsidR="00FF5AEC" w:rsidRPr="00FF5AEC" w:rsidRDefault="00FF5AEC">
            <w:pPr>
              <w:spacing w:after="0"/>
              <w:rPr>
                <w:rFonts w:cs="Arial"/>
              </w:rPr>
            </w:pPr>
          </w:p>
        </w:tc>
        <w:tc>
          <w:tcPr>
            <w:tcW w:w="5328" w:type="dxa"/>
            <w:tcBorders>
              <w:bottom w:val="single" w:sz="4" w:space="0" w:color="BFBFBF"/>
            </w:tcBorders>
            <w:vAlign w:val="center"/>
          </w:tcPr>
          <w:p w:rsidR="00FF5AEC" w:rsidRPr="00FF5AEC" w:rsidRDefault="00FF5AEC">
            <w:pPr>
              <w:spacing w:after="0"/>
              <w:rPr>
                <w:rFonts w:cs="Arial"/>
                <w:i/>
                <w:color w:val="969696"/>
              </w:rPr>
            </w:pPr>
            <w:r w:rsidRPr="00FF5AEC">
              <w:rPr>
                <w:rFonts w:cs="Arial"/>
                <w:i/>
                <w:color w:val="969696"/>
              </w:rPr>
              <w:t>Click here and type</w:t>
            </w:r>
            <w:bookmarkStart w:id="0" w:name="_GoBack"/>
            <w:bookmarkEnd w:id="0"/>
          </w:p>
        </w:tc>
      </w:tr>
    </w:tbl>
    <w:p w:rsidR="002036CF" w:rsidRPr="00FF5AEC" w:rsidRDefault="002036CF">
      <w:pPr>
        <w:spacing w:after="20"/>
        <w:rPr>
          <w:rFonts w:cs="Arial"/>
        </w:rPr>
      </w:pPr>
    </w:p>
    <w:tbl>
      <w:tblPr>
        <w:tblW w:w="0" w:type="auto"/>
        <w:jc w:val="center"/>
        <w:tblLook w:val="04A0" w:firstRow="1" w:lastRow="0" w:firstColumn="1" w:lastColumn="0" w:noHBand="0" w:noVBand="1"/>
      </w:tblPr>
      <w:tblGrid>
        <w:gridCol w:w="10656"/>
      </w:tblGrid>
      <w:tr w:rsidR="002036CF" w:rsidRPr="00FF5AEC">
        <w:trPr>
          <w:cantSplit/>
          <w:jc w:val="center"/>
        </w:trPr>
        <w:tc>
          <w:tcPr>
            <w:tcW w:w="10656" w:type="dxa"/>
            <w:tcBorders>
              <w:top w:val="single" w:sz="6" w:space="0" w:color="A6A6A6"/>
              <w:left w:val="single" w:sz="6" w:space="0" w:color="A6A6A6"/>
              <w:bottom w:val="single" w:sz="6" w:space="0" w:color="A6A6A6"/>
              <w:right w:val="single" w:sz="6" w:space="0" w:color="A6A6A6"/>
            </w:tcBorders>
            <w:shd w:val="clear" w:color="auto" w:fill="DCE6F1"/>
          </w:tcPr>
          <w:p w:rsidR="002036CF" w:rsidRPr="00FF5AEC" w:rsidRDefault="00301696">
            <w:pPr>
              <w:spacing w:after="0"/>
              <w:rPr>
                <w:rFonts w:cs="Arial"/>
              </w:rPr>
            </w:pPr>
            <w:r w:rsidRPr="00FF5AEC">
              <w:rPr>
                <w:rFonts w:cs="Arial"/>
                <w:b/>
                <w:sz w:val="21"/>
              </w:rPr>
              <w:t>4. Declaration</w:t>
            </w:r>
          </w:p>
        </w:tc>
      </w:tr>
    </w:tbl>
    <w:p w:rsidR="002036CF" w:rsidRPr="00FF5AEC" w:rsidRDefault="00301696">
      <w:pPr>
        <w:spacing w:after="20"/>
        <w:rPr>
          <w:rFonts w:cs="Arial"/>
        </w:rPr>
      </w:pPr>
      <w:r w:rsidRPr="00FF5AEC">
        <w:rPr>
          <w:rFonts w:ascii="MS Gothic" w:eastAsia="MS Gothic" w:hAnsi="MS Gothic" w:cs="MS Gothic" w:hint="eastAsia"/>
        </w:rPr>
        <w:t>☐</w:t>
      </w:r>
      <w:r w:rsidRPr="00FF5AEC">
        <w:rPr>
          <w:rFonts w:cs="Arial"/>
        </w:rPr>
        <w:t xml:space="preserve"> I confirm that the information provided above is correct and understand that submitting this application does not guarantee that an allotment plot will be immediately available.</w:t>
      </w:r>
    </w:p>
    <w:p w:rsidR="002036CF" w:rsidRDefault="00301696">
      <w:pPr>
        <w:spacing w:after="40"/>
        <w:rPr>
          <w:rFonts w:cs="Arial"/>
        </w:rPr>
      </w:pPr>
      <w:r w:rsidRPr="00FF5AEC">
        <w:rPr>
          <w:rFonts w:ascii="MS Gothic" w:eastAsia="MS Gothic" w:hAnsi="MS Gothic" w:cs="MS Gothic" w:hint="eastAsia"/>
        </w:rPr>
        <w:t>☐</w:t>
      </w:r>
      <w:r w:rsidRPr="00FF5AEC">
        <w:rPr>
          <w:rFonts w:cs="Arial"/>
        </w:rPr>
        <w:t xml:space="preserve"> </w:t>
      </w:r>
      <w:proofErr w:type="gramStart"/>
      <w:r w:rsidRPr="00FF5AEC">
        <w:rPr>
          <w:rFonts w:cs="Arial"/>
        </w:rPr>
        <w:t>If</w:t>
      </w:r>
      <w:proofErr w:type="gramEnd"/>
      <w:r w:rsidRPr="00FF5AEC">
        <w:rPr>
          <w:rFonts w:cs="Arial"/>
        </w:rPr>
        <w:t xml:space="preserve"> no suitable plot is currently available, I conse</w:t>
      </w:r>
      <w:r w:rsidRPr="00FF5AEC">
        <w:rPr>
          <w:rFonts w:cs="Arial"/>
        </w:rPr>
        <w:t>nt to Minster Lovell Parish Council retaining my contact details for the purpose of administering the allotment waiting list.</w:t>
      </w:r>
    </w:p>
    <w:p w:rsidR="00FF5AEC" w:rsidRPr="00FF5AEC" w:rsidRDefault="00FF5AEC">
      <w:pPr>
        <w:spacing w:after="40"/>
        <w:rPr>
          <w:rFonts w:cs="Arial"/>
        </w:rPr>
      </w:pPr>
    </w:p>
    <w:tbl>
      <w:tblPr>
        <w:tblW w:w="0" w:type="auto"/>
        <w:tblLayout w:type="fixed"/>
        <w:tblLook w:val="04A0" w:firstRow="1" w:lastRow="0" w:firstColumn="1" w:lastColumn="0" w:noHBand="0" w:noVBand="1"/>
      </w:tblPr>
      <w:tblGrid>
        <w:gridCol w:w="2664"/>
        <w:gridCol w:w="2664"/>
        <w:gridCol w:w="2664"/>
        <w:gridCol w:w="2664"/>
      </w:tblGrid>
      <w:tr w:rsidR="002036CF" w:rsidRPr="00FF5AEC">
        <w:trPr>
          <w:cantSplit/>
        </w:trPr>
        <w:tc>
          <w:tcPr>
            <w:tcW w:w="2664" w:type="dxa"/>
          </w:tcPr>
          <w:p w:rsidR="002036CF" w:rsidRPr="00FF5AEC" w:rsidRDefault="00301696">
            <w:pPr>
              <w:spacing w:after="0"/>
              <w:rPr>
                <w:rFonts w:cs="Arial"/>
              </w:rPr>
            </w:pPr>
            <w:r w:rsidRPr="00FF5AEC">
              <w:rPr>
                <w:rFonts w:cs="Arial"/>
                <w:b/>
              </w:rPr>
              <w:t>Signed:</w:t>
            </w:r>
          </w:p>
        </w:tc>
        <w:tc>
          <w:tcPr>
            <w:tcW w:w="2664" w:type="dxa"/>
            <w:tcBorders>
              <w:bottom w:val="single" w:sz="4" w:space="0" w:color="BFBFBF"/>
            </w:tcBorders>
          </w:tcPr>
          <w:p w:rsidR="002036CF" w:rsidRPr="00FF5AEC" w:rsidRDefault="00301696">
            <w:pPr>
              <w:spacing w:after="0"/>
              <w:rPr>
                <w:rFonts w:cs="Arial"/>
              </w:rPr>
            </w:pPr>
            <w:r w:rsidRPr="00FF5AEC">
              <w:rPr>
                <w:rFonts w:cs="Arial"/>
                <w:i/>
                <w:color w:val="969696"/>
              </w:rPr>
              <w:t>Click here and type</w:t>
            </w:r>
          </w:p>
        </w:tc>
        <w:tc>
          <w:tcPr>
            <w:tcW w:w="2664" w:type="dxa"/>
          </w:tcPr>
          <w:p w:rsidR="002036CF" w:rsidRPr="00FF5AEC" w:rsidRDefault="00301696">
            <w:pPr>
              <w:spacing w:after="0"/>
              <w:rPr>
                <w:rFonts w:cs="Arial"/>
              </w:rPr>
            </w:pPr>
            <w:r w:rsidRPr="00FF5AEC">
              <w:rPr>
                <w:rFonts w:cs="Arial"/>
                <w:b/>
              </w:rPr>
              <w:t>Date:</w:t>
            </w:r>
          </w:p>
        </w:tc>
        <w:tc>
          <w:tcPr>
            <w:tcW w:w="2664" w:type="dxa"/>
            <w:tcBorders>
              <w:bottom w:val="single" w:sz="4" w:space="0" w:color="BFBFBF"/>
            </w:tcBorders>
          </w:tcPr>
          <w:p w:rsidR="002036CF" w:rsidRPr="00FF5AEC" w:rsidRDefault="00301696">
            <w:pPr>
              <w:spacing w:after="0"/>
              <w:rPr>
                <w:rFonts w:cs="Arial"/>
              </w:rPr>
            </w:pPr>
            <w:r w:rsidRPr="00FF5AEC">
              <w:rPr>
                <w:rFonts w:cs="Arial"/>
                <w:i/>
                <w:color w:val="969696"/>
              </w:rPr>
              <w:t>Click here and type</w:t>
            </w:r>
          </w:p>
        </w:tc>
      </w:tr>
    </w:tbl>
    <w:p w:rsidR="002036CF" w:rsidRPr="00FF5AEC" w:rsidRDefault="002036CF">
      <w:pPr>
        <w:spacing w:after="20"/>
        <w:rPr>
          <w:rFonts w:cs="Arial"/>
        </w:rPr>
      </w:pPr>
    </w:p>
    <w:tbl>
      <w:tblPr>
        <w:tblW w:w="0" w:type="auto"/>
        <w:jc w:val="center"/>
        <w:tblLook w:val="04A0" w:firstRow="1" w:lastRow="0" w:firstColumn="1" w:lastColumn="0" w:noHBand="0" w:noVBand="1"/>
      </w:tblPr>
      <w:tblGrid>
        <w:gridCol w:w="10656"/>
      </w:tblGrid>
      <w:tr w:rsidR="002036CF" w:rsidRPr="00FF5AEC">
        <w:trPr>
          <w:cantSplit/>
          <w:jc w:val="center"/>
        </w:trPr>
        <w:tc>
          <w:tcPr>
            <w:tcW w:w="10656" w:type="dxa"/>
            <w:tcBorders>
              <w:top w:val="single" w:sz="6" w:space="0" w:color="A6A6A6"/>
              <w:left w:val="single" w:sz="6" w:space="0" w:color="A6A6A6"/>
              <w:bottom w:val="single" w:sz="6" w:space="0" w:color="A6A6A6"/>
              <w:right w:val="single" w:sz="6" w:space="0" w:color="A6A6A6"/>
            </w:tcBorders>
            <w:shd w:val="clear" w:color="auto" w:fill="DCE6F1"/>
          </w:tcPr>
          <w:p w:rsidR="002036CF" w:rsidRPr="00FF5AEC" w:rsidRDefault="00301696">
            <w:pPr>
              <w:spacing w:after="0"/>
              <w:rPr>
                <w:rFonts w:cs="Arial"/>
              </w:rPr>
            </w:pPr>
            <w:r w:rsidRPr="00FF5AEC">
              <w:rPr>
                <w:rFonts w:cs="Arial"/>
                <w:b/>
                <w:sz w:val="21"/>
              </w:rPr>
              <w:t>5. Data Protection</w:t>
            </w:r>
          </w:p>
        </w:tc>
      </w:tr>
    </w:tbl>
    <w:p w:rsidR="002036CF" w:rsidRPr="00FF5AEC" w:rsidRDefault="00301696">
      <w:pPr>
        <w:spacing w:after="0"/>
        <w:rPr>
          <w:rFonts w:cs="Arial"/>
        </w:rPr>
      </w:pPr>
      <w:r w:rsidRPr="00FF5AEC">
        <w:rPr>
          <w:rFonts w:cs="Arial"/>
          <w:sz w:val="17"/>
        </w:rPr>
        <w:t>The personal information provided on this form will be</w:t>
      </w:r>
      <w:r w:rsidRPr="00FF5AEC">
        <w:rPr>
          <w:rFonts w:cs="Arial"/>
          <w:sz w:val="17"/>
        </w:rPr>
        <w:t xml:space="preserve"> processed by Minster Lovell Parish Council for the purpose of administering allotment applications and tenancies, including the management of the allotment waiting list. Your information will be held securely and will not be shared with third parties, exc</w:t>
      </w:r>
      <w:r w:rsidRPr="00FF5AEC">
        <w:rPr>
          <w:rFonts w:cs="Arial"/>
          <w:sz w:val="17"/>
        </w:rPr>
        <w:t>ept where required by law. For more information, please see the Council's Privacy Notice on our website: www.minsterlovell-pc.gov.uk.</w:t>
      </w:r>
    </w:p>
    <w:sectPr w:rsidR="002036CF" w:rsidRPr="00FF5AEC" w:rsidSect="00034616">
      <w:footerReference w:type="default" r:id="rId10"/>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696" w:rsidRDefault="00301696">
      <w:pPr>
        <w:spacing w:after="0" w:line="240" w:lineRule="auto"/>
      </w:pPr>
      <w:r>
        <w:separator/>
      </w:r>
    </w:p>
  </w:endnote>
  <w:endnote w:type="continuationSeparator" w:id="0">
    <w:p w:rsidR="00301696" w:rsidRDefault="00301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6CF" w:rsidRDefault="002036C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696" w:rsidRDefault="00301696">
      <w:pPr>
        <w:spacing w:after="0" w:line="240" w:lineRule="auto"/>
      </w:pPr>
      <w:r>
        <w:separator/>
      </w:r>
    </w:p>
  </w:footnote>
  <w:footnote w:type="continuationSeparator" w:id="0">
    <w:p w:rsidR="00301696" w:rsidRDefault="003016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036CF"/>
    <w:rsid w:val="0029639D"/>
    <w:rsid w:val="00301696"/>
    <w:rsid w:val="00326F90"/>
    <w:rsid w:val="00AA1D8D"/>
    <w:rsid w:val="00B47730"/>
    <w:rsid w:val="00CB0664"/>
    <w:rsid w:val="00FC693F"/>
    <w:rsid w:val="00FF5A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FF5A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5A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FF5A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5A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5188F-2F61-4040-8201-CD5B8EC8B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Vanessa Oliveri</cp:lastModifiedBy>
  <cp:revision>2</cp:revision>
  <dcterms:created xsi:type="dcterms:W3CDTF">2026-09-06T08:04:00Z</dcterms:created>
  <dcterms:modified xsi:type="dcterms:W3CDTF">2026-09-06T08:04:00Z</dcterms:modified>
</cp:coreProperties>
</file>